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46DE9" w14:textId="77777777" w:rsidR="00687FB1" w:rsidRPr="00054550" w:rsidRDefault="003654D9">
      <w:pPr>
        <w:pStyle w:val="Titre1"/>
        <w:jc w:val="center"/>
        <w:rPr>
          <w:u w:val="single"/>
        </w:rPr>
      </w:pPr>
      <w:r w:rsidRPr="00054550">
        <w:rPr>
          <w:color w:val="008C45"/>
          <w:sz w:val="40"/>
          <w:u w:val="single"/>
        </w:rPr>
        <w:t xml:space="preserve">Recette – Pâte à pizza avec </w:t>
      </w:r>
      <w:proofErr w:type="spellStart"/>
      <w:r w:rsidRPr="00054550">
        <w:rPr>
          <w:color w:val="008C45"/>
          <w:sz w:val="40"/>
          <w:u w:val="single"/>
        </w:rPr>
        <w:t>Criscito</w:t>
      </w:r>
      <w:proofErr w:type="spellEnd"/>
      <w:r w:rsidRPr="00054550">
        <w:rPr>
          <w:color w:val="008C45"/>
          <w:sz w:val="40"/>
          <w:u w:val="single"/>
        </w:rPr>
        <w:t xml:space="preserve"> Caputo</w:t>
      </w:r>
    </w:p>
    <w:p w14:paraId="4EE95ED5" w14:textId="77777777" w:rsidR="00054550" w:rsidRPr="00054550" w:rsidRDefault="00054550" w:rsidP="00054550">
      <w:pPr>
        <w:rPr>
          <w:u w:val="single"/>
        </w:rPr>
      </w:pPr>
    </w:p>
    <w:p w14:paraId="69E7ED63" w14:textId="77777777" w:rsidR="00687FB1" w:rsidRDefault="003654D9">
      <w:r>
        <w:rPr>
          <w:b/>
          <w:color w:val="CD212A"/>
          <w:sz w:val="30"/>
        </w:rPr>
        <w:t>Ingrédients (pour 1 kg de farine)</w:t>
      </w:r>
      <w:r>
        <w:rPr>
          <w:b/>
          <w:color w:val="CD212A"/>
          <w:sz w:val="30"/>
        </w:rPr>
        <w:br/>
      </w:r>
    </w:p>
    <w:p w14:paraId="018AF145" w14:textId="77777777" w:rsidR="00687FB1" w:rsidRPr="00054550" w:rsidRDefault="003A1FC2">
      <w:pPr>
        <w:pStyle w:val="Listepuces"/>
      </w:pPr>
      <w:r w:rsidRPr="00054550">
        <w:t>Farine:</w:t>
      </w:r>
      <w:r w:rsidR="003654D9" w:rsidRPr="00054550">
        <w:t xml:space="preserve"> 1 kg</w:t>
      </w:r>
    </w:p>
    <w:p w14:paraId="4A5692AC" w14:textId="77777777" w:rsidR="00687FB1" w:rsidRPr="00054550" w:rsidRDefault="003654D9">
      <w:pPr>
        <w:pStyle w:val="Listepuces"/>
      </w:pPr>
      <w:proofErr w:type="spellStart"/>
      <w:r w:rsidRPr="00054550">
        <w:t>Criscito</w:t>
      </w:r>
      <w:proofErr w:type="spellEnd"/>
      <w:r w:rsidRPr="00054550">
        <w:t xml:space="preserve"> </w:t>
      </w:r>
      <w:r w:rsidR="003A1FC2" w:rsidRPr="00054550">
        <w:t>Caputo:</w:t>
      </w:r>
      <w:r w:rsidRPr="00054550">
        <w:t xml:space="preserve"> 20 à 30 g</w:t>
      </w:r>
    </w:p>
    <w:p w14:paraId="7645A993" w14:textId="77777777" w:rsidR="00687FB1" w:rsidRPr="00054550" w:rsidRDefault="003654D9">
      <w:pPr>
        <w:pStyle w:val="Listepuces"/>
      </w:pPr>
      <w:proofErr w:type="gramStart"/>
      <w:r w:rsidRPr="00054550">
        <w:t>Eau :</w:t>
      </w:r>
      <w:proofErr w:type="gramEnd"/>
      <w:r w:rsidRPr="00054550">
        <w:t xml:space="preserve"> 650 g (65 % d’hydratation)</w:t>
      </w:r>
    </w:p>
    <w:p w14:paraId="69875094" w14:textId="77777777" w:rsidR="00687FB1" w:rsidRPr="00054550" w:rsidRDefault="003654D9">
      <w:pPr>
        <w:pStyle w:val="Listepuces"/>
      </w:pPr>
      <w:proofErr w:type="spellStart"/>
      <w:r w:rsidRPr="00054550">
        <w:t>Levure</w:t>
      </w:r>
      <w:proofErr w:type="spellEnd"/>
      <w:r w:rsidRPr="00054550">
        <w:t xml:space="preserve"> </w:t>
      </w:r>
      <w:proofErr w:type="spellStart"/>
      <w:r w:rsidR="003A1FC2" w:rsidRPr="00054550">
        <w:t>sèche</w:t>
      </w:r>
      <w:proofErr w:type="spellEnd"/>
      <w:r w:rsidR="003A1FC2" w:rsidRPr="00054550">
        <w:t>:</w:t>
      </w:r>
      <w:r w:rsidRPr="00054550">
        <w:t xml:space="preserve"> 1 g (maturation de 24 à 48 h)</w:t>
      </w:r>
    </w:p>
    <w:p w14:paraId="072B386D" w14:textId="77777777" w:rsidR="00687FB1" w:rsidRPr="00054550" w:rsidRDefault="003A1FC2">
      <w:pPr>
        <w:pStyle w:val="Listepuces"/>
      </w:pPr>
      <w:r w:rsidRPr="00054550">
        <w:t>Sel:</w:t>
      </w:r>
      <w:r w:rsidR="003654D9" w:rsidRPr="00054550">
        <w:t xml:space="preserve"> 28 g</w:t>
      </w:r>
    </w:p>
    <w:p w14:paraId="20206E57" w14:textId="77777777" w:rsidR="00687FB1" w:rsidRDefault="003654D9">
      <w:pPr>
        <w:pStyle w:val="Titre2"/>
      </w:pPr>
      <w:r>
        <w:rPr>
          <w:color w:val="CD212A"/>
          <w:sz w:val="30"/>
        </w:rPr>
        <w:t>Méthode</w:t>
      </w:r>
    </w:p>
    <w:p w14:paraId="1735B0B0" w14:textId="77777777" w:rsidR="00687FB1" w:rsidRPr="00054550" w:rsidRDefault="003654D9">
      <w:pPr>
        <w:pStyle w:val="Listenumros"/>
        <w:rPr>
          <w:b/>
          <w:bCs/>
        </w:rPr>
      </w:pPr>
      <w:r w:rsidRPr="00054550">
        <w:rPr>
          <w:b/>
          <w:bCs/>
        </w:rPr>
        <w:t>Dissoudre la levure sèche dans l’eau.</w:t>
      </w:r>
    </w:p>
    <w:p w14:paraId="01C80271" w14:textId="77777777" w:rsidR="00687FB1" w:rsidRPr="00054550" w:rsidRDefault="003654D9">
      <w:pPr>
        <w:pStyle w:val="Listenumros"/>
        <w:rPr>
          <w:b/>
          <w:bCs/>
        </w:rPr>
      </w:pPr>
      <w:r w:rsidRPr="00054550">
        <w:rPr>
          <w:b/>
          <w:bCs/>
        </w:rPr>
        <w:t>Ajouter le Criscito et bien mélanger.</w:t>
      </w:r>
    </w:p>
    <w:p w14:paraId="71126CDC" w14:textId="77777777" w:rsidR="00687FB1" w:rsidRPr="00054550" w:rsidRDefault="003654D9">
      <w:pPr>
        <w:pStyle w:val="Listenumros"/>
        <w:rPr>
          <w:b/>
          <w:bCs/>
        </w:rPr>
      </w:pPr>
      <w:r w:rsidRPr="00054550">
        <w:rPr>
          <w:b/>
          <w:bCs/>
        </w:rPr>
        <w:t>Incorporer progressivement la farine.</w:t>
      </w:r>
    </w:p>
    <w:p w14:paraId="6AE71C86" w14:textId="77777777" w:rsidR="00687FB1" w:rsidRPr="00054550" w:rsidRDefault="003654D9">
      <w:pPr>
        <w:pStyle w:val="Listenumros"/>
        <w:rPr>
          <w:b/>
          <w:bCs/>
        </w:rPr>
      </w:pPr>
      <w:r w:rsidRPr="00054550">
        <w:rPr>
          <w:b/>
          <w:bCs/>
        </w:rPr>
        <w:t>Lorsque la pâte est presque formée, ajouter le sel.</w:t>
      </w:r>
    </w:p>
    <w:p w14:paraId="3F3E211D" w14:textId="77777777" w:rsidR="00687FB1" w:rsidRPr="00054550" w:rsidRDefault="003654D9">
      <w:pPr>
        <w:pStyle w:val="Listenumros"/>
        <w:rPr>
          <w:b/>
          <w:bCs/>
        </w:rPr>
      </w:pPr>
      <w:r w:rsidRPr="00054550">
        <w:rPr>
          <w:b/>
          <w:bCs/>
        </w:rPr>
        <w:t>Pétrir jusqu’à obtenir une pâte lisse et élastique.</w:t>
      </w:r>
    </w:p>
    <w:p w14:paraId="4D8926AF" w14:textId="77777777" w:rsidR="00687FB1" w:rsidRDefault="003654D9">
      <w:pPr>
        <w:pStyle w:val="Titre2"/>
      </w:pPr>
      <w:r>
        <w:rPr>
          <w:color w:val="CD212A"/>
          <w:sz w:val="30"/>
        </w:rPr>
        <w:t>Fermentation</w:t>
      </w:r>
    </w:p>
    <w:p w14:paraId="219DD68D" w14:textId="77777777" w:rsidR="00687FB1" w:rsidRPr="00054550" w:rsidRDefault="003654D9">
      <w:pPr>
        <w:pStyle w:val="Listepuces"/>
      </w:pPr>
      <w:proofErr w:type="spellStart"/>
      <w:r w:rsidRPr="00054550">
        <w:t>Pointage</w:t>
      </w:r>
      <w:proofErr w:type="spellEnd"/>
      <w:r w:rsidRPr="00054550">
        <w:t xml:space="preserve"> à </w:t>
      </w:r>
      <w:proofErr w:type="spellStart"/>
      <w:r w:rsidRPr="00054550">
        <w:t>température</w:t>
      </w:r>
      <w:proofErr w:type="spellEnd"/>
      <w:r w:rsidRPr="00054550">
        <w:t xml:space="preserve"> </w:t>
      </w:r>
      <w:proofErr w:type="spellStart"/>
      <w:r w:rsidR="00054550" w:rsidRPr="00054550">
        <w:t>ambiante</w:t>
      </w:r>
      <w:proofErr w:type="spellEnd"/>
      <w:r w:rsidR="00054550" w:rsidRPr="00054550">
        <w:t>:</w:t>
      </w:r>
      <w:r w:rsidRPr="00054550">
        <w:t xml:space="preserve"> 1 h 30 à 2 h</w:t>
      </w:r>
    </w:p>
    <w:p w14:paraId="3F3CA3EF" w14:textId="77777777" w:rsidR="00687FB1" w:rsidRPr="00054550" w:rsidRDefault="00054550">
      <w:pPr>
        <w:pStyle w:val="Listepuces"/>
      </w:pPr>
      <w:proofErr w:type="spellStart"/>
      <w:r w:rsidRPr="00054550">
        <w:t>Réfrigérateur</w:t>
      </w:r>
      <w:proofErr w:type="spellEnd"/>
      <w:r w:rsidRPr="00054550">
        <w:t>:</w:t>
      </w:r>
      <w:r w:rsidR="003654D9" w:rsidRPr="00054550">
        <w:t xml:space="preserve"> 18 à 24 h</w:t>
      </w:r>
    </w:p>
    <w:p w14:paraId="1469D0F5" w14:textId="77777777" w:rsidR="00687FB1" w:rsidRPr="00054550" w:rsidRDefault="003654D9">
      <w:pPr>
        <w:pStyle w:val="Listepuces"/>
      </w:pPr>
      <w:r w:rsidRPr="00054550">
        <w:t>Façonnage des pâtons</w:t>
      </w:r>
    </w:p>
    <w:p w14:paraId="3A820545" w14:textId="77777777" w:rsidR="00687FB1" w:rsidRPr="00054550" w:rsidRDefault="003654D9">
      <w:pPr>
        <w:pStyle w:val="Listepuces"/>
      </w:pPr>
      <w:r w:rsidRPr="00054550">
        <w:t xml:space="preserve">Retour au </w:t>
      </w:r>
      <w:proofErr w:type="spellStart"/>
      <w:r w:rsidR="00054550" w:rsidRPr="00054550">
        <w:t>réfrigérateur</w:t>
      </w:r>
      <w:proofErr w:type="spellEnd"/>
      <w:r w:rsidR="00054550" w:rsidRPr="00054550">
        <w:t>:</w:t>
      </w:r>
      <w:r w:rsidRPr="00054550">
        <w:t xml:space="preserve"> 12 à 24 h</w:t>
      </w:r>
    </w:p>
    <w:p w14:paraId="2910FFBC" w14:textId="77777777" w:rsidR="00687FB1" w:rsidRPr="00054550" w:rsidRDefault="003654D9">
      <w:pPr>
        <w:pStyle w:val="Listepuces"/>
      </w:pPr>
      <w:r w:rsidRPr="00054550">
        <w:t xml:space="preserve">Sortir les </w:t>
      </w:r>
      <w:proofErr w:type="spellStart"/>
      <w:r w:rsidRPr="00054550">
        <w:t>pâtons</w:t>
      </w:r>
      <w:proofErr w:type="spellEnd"/>
      <w:r w:rsidRPr="00054550">
        <w:t xml:space="preserve"> 2 </w:t>
      </w:r>
      <w:proofErr w:type="spellStart"/>
      <w:r w:rsidRPr="00054550">
        <w:t>heures</w:t>
      </w:r>
      <w:proofErr w:type="spellEnd"/>
      <w:r w:rsidRPr="00054550">
        <w:t xml:space="preserve"> avant </w:t>
      </w:r>
      <w:r w:rsidR="00054550" w:rsidRPr="00054550">
        <w:t>utilization</w:t>
      </w:r>
    </w:p>
    <w:p w14:paraId="0C2F96B5" w14:textId="77777777" w:rsidR="00054550" w:rsidRPr="00054550" w:rsidRDefault="00054550">
      <w:pPr>
        <w:pStyle w:val="Listepuces"/>
      </w:pPr>
    </w:p>
    <w:p w14:paraId="18B55534" w14:textId="77777777" w:rsidR="00054550" w:rsidRPr="00054550" w:rsidRDefault="00054550">
      <w:r w:rsidRPr="00054550">
        <w:rPr>
          <w:b/>
          <w:color w:val="008C45"/>
        </w:rPr>
        <w:t>Conseil:</w:t>
      </w:r>
      <w:r w:rsidR="003654D9" w:rsidRPr="00054550">
        <w:rPr>
          <w:b/>
          <w:color w:val="008C45"/>
        </w:rPr>
        <w:t xml:space="preserve"> Le </w:t>
      </w:r>
      <w:proofErr w:type="spellStart"/>
      <w:r w:rsidR="003654D9" w:rsidRPr="00054550">
        <w:rPr>
          <w:b/>
          <w:color w:val="008C45"/>
        </w:rPr>
        <w:t>Criscito</w:t>
      </w:r>
      <w:proofErr w:type="spellEnd"/>
      <w:r w:rsidR="003654D9" w:rsidRPr="00054550">
        <w:rPr>
          <w:b/>
          <w:color w:val="008C45"/>
        </w:rPr>
        <w:t xml:space="preserve"> est un </w:t>
      </w:r>
      <w:proofErr w:type="spellStart"/>
      <w:r w:rsidR="003654D9" w:rsidRPr="00054550">
        <w:rPr>
          <w:b/>
          <w:color w:val="008C45"/>
        </w:rPr>
        <w:t>levain</w:t>
      </w:r>
      <w:proofErr w:type="spellEnd"/>
      <w:r w:rsidR="003654D9" w:rsidRPr="00054550">
        <w:rPr>
          <w:b/>
          <w:color w:val="008C45"/>
        </w:rPr>
        <w:t xml:space="preserve"> mère déshydraté inactif. </w:t>
      </w:r>
    </w:p>
    <w:p w14:paraId="7F926F3F" w14:textId="77777777" w:rsidR="00687FB1" w:rsidRPr="00054550" w:rsidRDefault="003654D9">
      <w:r w:rsidRPr="00054550">
        <w:t xml:space="preserve">Il </w:t>
      </w:r>
      <w:proofErr w:type="spellStart"/>
      <w:r w:rsidRPr="00054550">
        <w:t>apporte</w:t>
      </w:r>
      <w:proofErr w:type="spellEnd"/>
      <w:r w:rsidRPr="00054550">
        <w:t xml:space="preserve"> </w:t>
      </w:r>
      <w:proofErr w:type="spellStart"/>
      <w:r w:rsidRPr="00054550">
        <w:t>davantage</w:t>
      </w:r>
      <w:proofErr w:type="spellEnd"/>
      <w:r w:rsidRPr="00054550">
        <w:t xml:space="preserve"> </w:t>
      </w:r>
      <w:proofErr w:type="spellStart"/>
      <w:r w:rsidRPr="00054550">
        <w:t>d’arômes</w:t>
      </w:r>
      <w:proofErr w:type="spellEnd"/>
      <w:r w:rsidRPr="00054550">
        <w:t>, une meilleure coloration et une meilleure conservation à la pâte.</w:t>
      </w:r>
      <w:r w:rsidR="00054550" w:rsidRPr="00054550">
        <w:br/>
      </w:r>
      <w:r w:rsidRPr="00054550">
        <w:t xml:space="preserve">Il doit </w:t>
      </w:r>
      <w:proofErr w:type="spellStart"/>
      <w:r w:rsidRPr="00054550">
        <w:t>être</w:t>
      </w:r>
      <w:proofErr w:type="spellEnd"/>
      <w:r w:rsidRPr="00054550">
        <w:t xml:space="preserve"> </w:t>
      </w:r>
      <w:proofErr w:type="spellStart"/>
      <w:r w:rsidRPr="00054550">
        <w:t>utilisé</w:t>
      </w:r>
      <w:proofErr w:type="spellEnd"/>
      <w:r w:rsidRPr="00054550">
        <w:t xml:space="preserve"> avec de la levure de boulanger.</w:t>
      </w:r>
    </w:p>
    <w:sectPr w:rsidR="00687FB1" w:rsidRPr="00054550" w:rsidSect="00034616">
      <w:footerReference w:type="default" r:id="rId8"/>
      <w:pgSz w:w="12240" w:h="15840"/>
      <w:pgMar w:top="720" w:right="800" w:bottom="720" w:left="800" w:header="720" w:footer="720" w:gutter="0"/>
      <w:pgBorders w:offsetFrom="page">
        <w:top w:val="single" w:sz="16" w:space="18" w:color="008C45"/>
        <w:left w:val="single" w:sz="16" w:space="18" w:color="008C45"/>
        <w:bottom w:val="single" w:sz="16" w:space="18" w:color="CD212A"/>
        <w:right w:val="single" w:sz="16" w:space="18" w:color="CD212A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1CB4" w14:textId="77777777" w:rsidR="006E46DB" w:rsidRDefault="006E46DB">
      <w:pPr>
        <w:spacing w:after="0" w:line="240" w:lineRule="auto"/>
      </w:pPr>
      <w:r>
        <w:separator/>
      </w:r>
    </w:p>
  </w:endnote>
  <w:endnote w:type="continuationSeparator" w:id="0">
    <w:p w14:paraId="514D5BA0" w14:textId="77777777" w:rsidR="006E46DB" w:rsidRDefault="006E4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93D90" w14:textId="77777777" w:rsidR="00B4620E" w:rsidRDefault="006E46DB">
    <w:pPr>
      <w:jc w:val="center"/>
    </w:pPr>
    <w:r>
      <w:t>🇮🇹</w:t>
    </w:r>
    <w:r>
      <w:t xml:space="preserve"> Mamma Mia – Produits italiens authentiques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03B7F" w14:textId="77777777" w:rsidR="006E46DB" w:rsidRDefault="006E46DB">
      <w:pPr>
        <w:spacing w:after="0" w:line="240" w:lineRule="auto"/>
      </w:pPr>
      <w:r>
        <w:separator/>
      </w:r>
    </w:p>
  </w:footnote>
  <w:footnote w:type="continuationSeparator" w:id="0">
    <w:p w14:paraId="36FBD3C8" w14:textId="77777777" w:rsidR="006E46DB" w:rsidRDefault="006E4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2335290">
    <w:abstractNumId w:val="8"/>
  </w:num>
  <w:num w:numId="2" w16cid:durableId="484591373">
    <w:abstractNumId w:val="6"/>
  </w:num>
  <w:num w:numId="3" w16cid:durableId="1681928487">
    <w:abstractNumId w:val="5"/>
  </w:num>
  <w:num w:numId="4" w16cid:durableId="1349671161">
    <w:abstractNumId w:val="4"/>
  </w:num>
  <w:num w:numId="5" w16cid:durableId="1324351775">
    <w:abstractNumId w:val="7"/>
  </w:num>
  <w:num w:numId="6" w16cid:durableId="1332684253">
    <w:abstractNumId w:val="3"/>
  </w:num>
  <w:num w:numId="7" w16cid:durableId="795175526">
    <w:abstractNumId w:val="2"/>
  </w:num>
  <w:num w:numId="8" w16cid:durableId="1845851312">
    <w:abstractNumId w:val="1"/>
  </w:num>
  <w:num w:numId="9" w16cid:durableId="79418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550"/>
    <w:rsid w:val="0006063C"/>
    <w:rsid w:val="0015074B"/>
    <w:rsid w:val="0029639D"/>
    <w:rsid w:val="00326F90"/>
    <w:rsid w:val="003654D9"/>
    <w:rsid w:val="003A1FC2"/>
    <w:rsid w:val="00563E28"/>
    <w:rsid w:val="006625AD"/>
    <w:rsid w:val="00687FB1"/>
    <w:rsid w:val="006E46DB"/>
    <w:rsid w:val="00AA1D8D"/>
    <w:rsid w:val="00B4620E"/>
    <w:rsid w:val="00B47730"/>
    <w:rsid w:val="00CB0664"/>
    <w:rsid w:val="00E02D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A283B"/>
  <w14:defaultImageDpi w14:val="300"/>
  <w15:docId w15:val="{74510301-948D-4789-A8FD-8E9EC403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Fabrizio FRANCO</cp:lastModifiedBy>
  <cp:revision>2</cp:revision>
  <dcterms:created xsi:type="dcterms:W3CDTF">2026-08-13T10:31:00Z</dcterms:created>
  <dcterms:modified xsi:type="dcterms:W3CDTF">2026-08-13T10:31:00Z</dcterms:modified>
  <cp:category/>
</cp:coreProperties>
</file>